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9DE" w:rsidRPr="00CA13B5" w:rsidRDefault="00FC7B42" w:rsidP="003229DE">
      <w:pPr>
        <w:snapToGrid w:val="0"/>
        <w:spacing w:after="0" w:line="360" w:lineRule="auto"/>
        <w:jc w:val="center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屏東縣恆春鎮恆春國小</w:t>
      </w:r>
      <w:r w:rsidR="003229DE"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2027</w:t>
      </w: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年日本關東地區教育旅行</w:t>
      </w:r>
    </w:p>
    <w:p w:rsidR="00FC7B42" w:rsidRPr="00CA13B5" w:rsidRDefault="00FC7B42" w:rsidP="003229DE">
      <w:pPr>
        <w:snapToGrid w:val="0"/>
        <w:spacing w:after="0" w:line="360" w:lineRule="auto"/>
        <w:jc w:val="center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甄選說明</w:t>
      </w:r>
    </w:p>
    <w:p w:rsidR="00FC7B42" w:rsidRPr="00CA13B5" w:rsidRDefault="00CA13B5" w:rsidP="00FC7B42">
      <w:pPr>
        <w:snapToGrid w:val="0"/>
        <w:spacing w:after="0"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各位親愛的家長、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同學，大家好：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/>
      </w:r>
      <w:r w:rsidR="00FC7B42"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為擴增同學的國際視野，促進與日本群馬縣共愛學園及群馬國際學院的實體交流，本校今年特別規劃了「</w:t>
      </w:r>
      <w:r w:rsidR="003229DE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2027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年日本關東地區教育旅行」。這不僅是一趟難得的海外學習之旅，更是一次帶著任務出國、向日本師生推廣恆春文化的寶貴機會！以下為各位重點說明本次活動的甄選辦法、重要日程與注意事項：</w:t>
      </w:r>
    </w:p>
    <w:p w:rsidR="00FC7B42" w:rsidRPr="00CA13B5" w:rsidRDefault="00FC7B42" w:rsidP="00FC7B42">
      <w:pPr>
        <w:pStyle w:val="ae"/>
        <w:numPr>
          <w:ilvl w:val="0"/>
          <w:numId w:val="18"/>
        </w:numPr>
        <w:snapToGrid w:val="0"/>
        <w:spacing w:after="0" w:line="440" w:lineRule="exact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 xml:space="preserve"> 招募對象與名額</w:t>
      </w:r>
    </w:p>
    <w:p w:rsidR="00FC7B42" w:rsidRPr="00CA13B5" w:rsidRDefault="00FC7B42" w:rsidP="00FC7B42">
      <w:pPr>
        <w:snapToGrid w:val="0"/>
        <w:spacing w:after="0"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</w:t>
      </w: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一)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參與對象：本校115學年度5、6年級學生。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(二)</w:t>
      </w:r>
      <w:r w:rsidR="001F22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錄取名額：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招收正取至多21名，另備取5名。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(三)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特別保障：具弱勢家庭</w:t>
      </w: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</w:t>
      </w:r>
      <w:r w:rsidR="00CA13B5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中低收入戶或低收入戶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身分或原住民族身分之學生</w:t>
      </w:r>
      <w:r w:rsidR="00CA13B5"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，</w:t>
      </w:r>
    </w:p>
    <w:p w:rsidR="00FC7B42" w:rsidRPr="00CA13B5" w:rsidRDefault="00FC7B42" w:rsidP="00FC7B42">
      <w:pPr>
        <w:snapToGrid w:val="0"/>
        <w:spacing w:after="0" w:line="440" w:lineRule="exact"/>
        <w:ind w:left="288" w:firstLineChars="700" w:firstLine="196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承辦單位得依遴選結果優先錄取（保障兩名）。</w:t>
      </w:r>
    </w:p>
    <w:p w:rsidR="00FC7B42" w:rsidRPr="00CA13B5" w:rsidRDefault="00FC7B42" w:rsidP="00FC7B42">
      <w:pPr>
        <w:snapToGrid w:val="0"/>
        <w:spacing w:after="0"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二、 活動時間與行程亮點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</w:t>
      </w: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一)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出訪時間：</w:t>
      </w:r>
      <w:r w:rsidR="001F228E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116年2月14日(日)至2月18日(四)，共計5天4夜。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(二)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主要行程：</w:t>
      </w:r>
    </w:p>
    <w:p w:rsidR="00CA13B5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1.實體參訪日本群馬縣共愛學園及群馬國際學院，入班體驗日本學校課程校園生</w:t>
      </w:r>
    </w:p>
    <w:p w:rsidR="00FC7B42" w:rsidRPr="00CA13B5" w:rsidRDefault="00CA13B5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活。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2.參訪日本關東地區（群馬縣、東京都）當地文化與教育景點。</w:t>
      </w:r>
    </w:p>
    <w:p w:rsidR="00FC7B42" w:rsidRPr="00CA13B5" w:rsidRDefault="00FC7B42" w:rsidP="00FC7B42">
      <w:pPr>
        <w:snapToGrid w:val="0"/>
        <w:spacing w:after="0"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三、 報名與書面審查資料準備</w:t>
      </w:r>
    </w:p>
    <w:p w:rsidR="00FC7B42" w:rsidRPr="00CA13B5" w:rsidRDefault="00FC7B42" w:rsidP="00CA13B5">
      <w:pPr>
        <w:snapToGrid w:val="0"/>
        <w:spacing w:after="0" w:line="440" w:lineRule="exact"/>
        <w:ind w:left="288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(一)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報名截止時間：請務必於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115年10月</w:t>
      </w:r>
      <w:r w:rsidR="00CA13B5"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2</w:t>
      </w:r>
      <w:r w:rsid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3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日(</w:t>
      </w:r>
      <w:r w:rsidR="00CA13B5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TW"/>
        </w:rPr>
        <w:t>五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) 下午16:00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前，將完整的『報</w:t>
      </w:r>
    </w:p>
    <w:p w:rsidR="003229DE" w:rsidRPr="00CA13B5" w:rsidRDefault="00FC7B42" w:rsidP="003229DE">
      <w:pPr>
        <w:snapToGrid w:val="0"/>
        <w:spacing w:after="0" w:line="440" w:lineRule="exact"/>
        <w:ind w:left="288" w:firstLineChars="900" w:firstLine="252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名表』、『家長同意書』及『個人書面審查資料』交至學務處，</w:t>
      </w:r>
    </w:p>
    <w:p w:rsidR="00FC7B42" w:rsidRPr="00CA13B5" w:rsidRDefault="00FC7B42" w:rsidP="003229DE">
      <w:pPr>
        <w:snapToGrid w:val="0"/>
        <w:spacing w:after="0" w:line="440" w:lineRule="exact"/>
        <w:ind w:left="288" w:firstLineChars="900" w:firstLine="2522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u w:val="wave"/>
          <w:lang w:eastAsia="zh-TW"/>
        </w:rPr>
        <w:t>逾時恕不受理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！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(二)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書面審查重點：學習計畫請以</w:t>
      </w:r>
      <w:r w:rsidR="003229DE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A4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尺寸製作（3</w:t>
      </w:r>
      <w:r w:rsidR="00CA13B5"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-5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頁為限），內容包含自我介</w:t>
      </w:r>
    </w:p>
    <w:p w:rsidR="00FC7B42" w:rsidRPr="00CA13B5" w:rsidRDefault="00FC7B42" w:rsidP="00FC7B42">
      <w:pPr>
        <w:snapToGrid w:val="0"/>
        <w:spacing w:after="0" w:line="440" w:lineRule="exact"/>
        <w:ind w:left="288" w:firstLineChars="900" w:firstLine="252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紹、參加動機、學習目標、如何推廣恆春文化及返國後的成果分</w:t>
      </w:r>
    </w:p>
    <w:p w:rsidR="00FC7B42" w:rsidRPr="00CA13B5" w:rsidRDefault="00FC7B42" w:rsidP="00FC7B42">
      <w:pPr>
        <w:snapToGrid w:val="0"/>
        <w:spacing w:after="0" w:line="440" w:lineRule="exact"/>
        <w:ind w:left="288" w:firstLineChars="900" w:firstLine="252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享規劃等。</w:t>
      </w:r>
    </w:p>
    <w:p w:rsidR="00FC7B42" w:rsidRPr="00CA13B5" w:rsidRDefault="00FC7B42" w:rsidP="00FC7B42">
      <w:pPr>
        <w:snapToGrid w:val="0"/>
        <w:spacing w:after="0"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四、 甄選時間與方式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(一)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甄選時間：</w:t>
      </w:r>
      <w:r w:rsidR="001F228E"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 xml:space="preserve"> 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115年</w:t>
      </w:r>
      <w:r w:rsidR="00CA13B5"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1</w:t>
      </w:r>
      <w:r w:rsidR="00CA13B5" w:rsidRPr="00CA13B5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TW"/>
        </w:rPr>
        <w:t>0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月</w:t>
      </w:r>
      <w:r w:rsidR="00CA13B5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TW"/>
        </w:rPr>
        <w:t>27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日(</w:t>
      </w:r>
      <w:r w:rsidR="00CA13B5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TW"/>
        </w:rPr>
        <w:t>二</w:t>
      </w:r>
      <w:r w:rsidR="003229DE"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)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 xml:space="preserve"> 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辦理現場口頭甄選</w:t>
      </w:r>
    </w:p>
    <w:p w:rsidR="00FC7B42" w:rsidRPr="00CA13B5" w:rsidRDefault="00FC7B42" w:rsidP="00FC7B42">
      <w:pPr>
        <w:snapToGrid w:val="0"/>
        <w:spacing w:after="0" w:line="440" w:lineRule="exact"/>
        <w:ind w:left="288" w:firstLineChars="700" w:firstLine="196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（詳細序號與地點將於報名截止後另行公告）。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(二)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甄選內容與評分比例：</w:t>
      </w:r>
    </w:p>
    <w:p w:rsidR="00FC7B42" w:rsidRPr="00CA13B5" w:rsidRDefault="00FC7B42" w:rsidP="00FC7B42">
      <w:pPr>
        <w:snapToGrid w:val="0"/>
        <w:spacing w:after="0" w:line="440" w:lineRule="exact"/>
        <w:ind w:left="288" w:firstLineChars="200" w:firstLine="56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本案將邀請外部專家組成遴選委員會進行公開評審，分為兩大部分：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1. 個人書面審查資料（佔總分30%）：隨報名時繳交評分。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lastRenderedPageBreak/>
        <w:t xml:space="preserve">  2. 現場口頭甄選（佔總分70%）：</w:t>
      </w:r>
    </w:p>
    <w:p w:rsidR="00FC7B42" w:rsidRPr="00CA13B5" w:rsidRDefault="00FC7B42" w:rsidP="00FC7B42">
      <w:pPr>
        <w:pStyle w:val="ae"/>
        <w:numPr>
          <w:ilvl w:val="0"/>
          <w:numId w:val="20"/>
        </w:numPr>
        <w:snapToGrid w:val="0"/>
        <w:spacing w:after="0" w:line="440" w:lineRule="exact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英語自我介紹（20%</w:t>
      </w:r>
      <w:r w:rsid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）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：</w:t>
      </w:r>
      <w:r w:rsid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1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分鐘英語自我介紹。</w:t>
      </w:r>
    </w:p>
    <w:p w:rsidR="00CA13B5" w:rsidRDefault="00FC7B42" w:rsidP="00FC7B42">
      <w:pPr>
        <w:pStyle w:val="ae"/>
        <w:numPr>
          <w:ilvl w:val="0"/>
          <w:numId w:val="20"/>
        </w:numPr>
        <w:snapToGrid w:val="0"/>
        <w:spacing w:after="0" w:line="440" w:lineRule="exact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家鄉文化介紹（10%）：</w:t>
      </w:r>
      <w:r w:rsid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1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分鐘中文介紹「臺灣」或「恆春」</w:t>
      </w:r>
      <w:r w:rsidR="00CA13B5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文化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，可搭配</w:t>
      </w:r>
    </w:p>
    <w:p w:rsidR="00FC7B42" w:rsidRPr="00CA13B5" w:rsidRDefault="00FC7B42" w:rsidP="00CA13B5">
      <w:pPr>
        <w:snapToGrid w:val="0"/>
        <w:spacing w:after="0" w:line="440" w:lineRule="exact"/>
        <w:ind w:firstLineChars="600" w:firstLine="168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海報。</w:t>
      </w:r>
    </w:p>
    <w:p w:rsidR="00FC7B42" w:rsidRPr="00CA13B5" w:rsidRDefault="00FC7B42" w:rsidP="00FC7B42">
      <w:pPr>
        <w:pStyle w:val="ae"/>
        <w:numPr>
          <w:ilvl w:val="0"/>
          <w:numId w:val="20"/>
        </w:numPr>
        <w:snapToGrid w:val="0"/>
        <w:spacing w:after="0" w:line="440" w:lineRule="exact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英語即席問答（10%）：以基礎英語會話為主。</w:t>
      </w:r>
    </w:p>
    <w:p w:rsidR="00CA13B5" w:rsidRDefault="00FC7B42" w:rsidP="00FC7B42">
      <w:pPr>
        <w:pStyle w:val="ae"/>
        <w:numPr>
          <w:ilvl w:val="0"/>
          <w:numId w:val="20"/>
        </w:numPr>
        <w:snapToGrid w:val="0"/>
        <w:spacing w:after="0" w:line="440" w:lineRule="exact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恆春民謠彈唱（10%）：吟唱恆春民謠曲調（2種），可自行搭配月琴伴</w:t>
      </w:r>
    </w:p>
    <w:p w:rsidR="00FC7B42" w:rsidRPr="00CA13B5" w:rsidRDefault="00FC7B42" w:rsidP="00CA13B5">
      <w:pPr>
        <w:snapToGrid w:val="0"/>
        <w:spacing w:after="0" w:line="440" w:lineRule="exact"/>
        <w:ind w:firstLineChars="600" w:firstLine="168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奏。</w:t>
      </w:r>
    </w:p>
    <w:p w:rsidR="00FC7B42" w:rsidRPr="00CA13B5" w:rsidRDefault="00FC7B42" w:rsidP="00FC7B42">
      <w:pPr>
        <w:pStyle w:val="ae"/>
        <w:numPr>
          <w:ilvl w:val="0"/>
          <w:numId w:val="20"/>
        </w:numPr>
        <w:snapToGrid w:val="0"/>
        <w:spacing w:after="0" w:line="440" w:lineRule="exact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臨場反應問答（20%）：由委員提問國際交流相關情境題，表達個人想法。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</w:t>
      </w:r>
      <w:r w:rsid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（注意：如無故缺席甄選，則視同放棄）</w:t>
      </w:r>
    </w:p>
    <w:p w:rsidR="00FC7B42" w:rsidRPr="00CA13B5" w:rsidRDefault="00FC7B42" w:rsidP="00FC7B42">
      <w:pPr>
        <w:snapToGrid w:val="0"/>
        <w:spacing w:after="0" w:line="44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五、 費用與後續配合事項</w:t>
      </w:r>
    </w:p>
    <w:p w:rsidR="00725853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(一)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預估費用：團費預估約</w:t>
      </w:r>
      <w:r w:rsidR="003229DE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44,500 ~ 45,000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元左右（</w:t>
      </w:r>
      <w:r w:rsidR="0072585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已扣除機票補助6000元，其餘</w:t>
      </w:r>
    </w:p>
    <w:p w:rsidR="00725853" w:rsidRDefault="00725853" w:rsidP="00725853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費用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包含來回機票、車資、四星食宿、門票、保險等），實際金額以</w:t>
      </w:r>
    </w:p>
    <w:p w:rsidR="00FC7B42" w:rsidRPr="00CA13B5" w:rsidRDefault="00725853" w:rsidP="00725853">
      <w:pPr>
        <w:snapToGrid w:val="0"/>
        <w:spacing w:after="0" w:line="440" w:lineRule="exact"/>
        <w:ind w:left="288"/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最終</w:t>
      </w:r>
      <w:bookmarkStart w:id="0" w:name="_GoBack"/>
      <w:bookmarkEnd w:id="0"/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採購招標結果為準。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(二)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錄取後義務：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1. 正式錄取後須於 11/13(五)前繳交訂金 3,000 元。</w:t>
      </w:r>
    </w:p>
    <w:p w:rsid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2. 必須準時參與所有行前培訓課程（英語口說、日語、英語簡報、國際交流禮儀</w:t>
      </w:r>
    </w:p>
    <w:p w:rsidR="00FC7B42" w:rsidRPr="00CA13B5" w:rsidRDefault="00CA13B5" w:rsidP="00CA13B5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</w:t>
      </w:r>
      <w:r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等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)</w:t>
      </w:r>
      <w:r w:rsidR="00FC7B42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與行前說明會。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3. 返臺後一個月內須繳交 500 字心得及照片，並參與成果發表會。</w:t>
      </w:r>
    </w:p>
    <w:p w:rsidR="00FC7B42" w:rsidRPr="00CA13B5" w:rsidRDefault="00FC7B42" w:rsidP="00FC7B42">
      <w:pPr>
        <w:snapToGrid w:val="0"/>
        <w:spacing w:after="0" w:line="440" w:lineRule="exact"/>
        <w:ind w:left="28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4. 務必配合學校相關補課措施。</w:t>
      </w:r>
    </w:p>
    <w:p w:rsidR="00FC7B42" w:rsidRPr="00CA13B5" w:rsidRDefault="00FC7B42" w:rsidP="00FC7B42">
      <w:pPr>
        <w:snapToGrid w:val="0"/>
        <w:spacing w:after="0" w:line="440" w:lineRule="exact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CA13B5">
      <w:pPr>
        <w:snapToGrid w:val="0"/>
        <w:spacing w:after="0" w:line="440" w:lineRule="exact"/>
        <w:ind w:firstLineChars="200" w:firstLine="561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這是一次讓孩子們走向世界、磨練獨立自主與展現在地自信的絕佳機會。歡迎符合資格、對國際交流有濃厚興趣、喜愛本土文化並願意推廣恆春之美的同學們踴躍報名參加！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br/>
      </w:r>
      <w:r w:rsidR="00CA13B5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TW"/>
        </w:rPr>
        <w:t xml:space="preserve"> </w:t>
      </w:r>
      <w:r w:rsid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 xml:space="preserve">  </w:t>
      </w: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如果您或孩子對報名表填寫、學習計畫準備或甄選細節有任何疑問，隨時歡迎洽詢學務處，謝謝大家！</w:t>
      </w:r>
    </w:p>
    <w:p w:rsidR="00FC7B42" w:rsidRPr="00CA13B5" w:rsidRDefault="00FC7B42" w:rsidP="00FC7B42">
      <w:pPr>
        <w:snapToGrid w:val="0"/>
        <w:spacing w:after="0" w:line="240" w:lineRule="auto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EF1497">
      <w:pPr>
        <w:snapToGrid w:val="0"/>
        <w:spacing w:after="0" w:line="240" w:lineRule="auto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EC0E84" w:rsidRPr="00CA13B5" w:rsidRDefault="00AA7703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t>屏東縣恆春鎮恆春國小</w:t>
      </w:r>
      <w:r w:rsidR="000D1631"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t>202</w:t>
      </w:r>
      <w:r w:rsidR="000D1631" w:rsidRPr="00CA13B5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7</w:t>
      </w:r>
      <w:r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t>年日本關東地區教育旅行</w:t>
      </w:r>
    </w:p>
    <w:p w:rsidR="00EC0E84" w:rsidRPr="00CA13B5" w:rsidRDefault="00AA7703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CA13B5">
        <w:rPr>
          <w:rFonts w:ascii="標楷體" w:eastAsia="標楷體" w:hAnsi="標楷體"/>
          <w:b/>
          <w:color w:val="000000" w:themeColor="text1"/>
          <w:sz w:val="32"/>
          <w:szCs w:val="32"/>
        </w:rPr>
        <w:t>甄選報名表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3260"/>
        <w:gridCol w:w="1985"/>
        <w:gridCol w:w="3352"/>
      </w:tblGrid>
      <w:tr w:rsidR="00CA13B5" w:rsidRPr="00CA13B5" w:rsidTr="00601BB0">
        <w:trPr>
          <w:trHeight w:val="201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學生姓名</w:t>
            </w:r>
          </w:p>
        </w:tc>
        <w:tc>
          <w:tcPr>
            <w:tcW w:w="3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EC0E84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335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0D1631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 xml:space="preserve">西元   </w:t>
            </w:r>
            <w:r w:rsidR="00AA7703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年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 xml:space="preserve">  </w:t>
            </w:r>
            <w:r w:rsidR="00AA7703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 xml:space="preserve">   </w:t>
            </w:r>
            <w:r w:rsidR="00AA7703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CA13B5" w:rsidRPr="00CA13B5" w:rsidTr="00601BB0">
        <w:trPr>
          <w:trHeight w:val="547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班級座號</w:t>
            </w:r>
          </w:p>
        </w:tc>
        <w:tc>
          <w:tcPr>
            <w:tcW w:w="3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____年 ____班 ____號</w:t>
            </w:r>
          </w:p>
        </w:tc>
        <w:tc>
          <w:tcPr>
            <w:tcW w:w="1985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護照英文姓名</w:t>
            </w:r>
          </w:p>
          <w:p w:rsidR="0001325D" w:rsidRPr="00CA13B5" w:rsidRDefault="0001325D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(無護照免填)</w:t>
            </w:r>
          </w:p>
        </w:tc>
        <w:tc>
          <w:tcPr>
            <w:tcW w:w="335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EC0E84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CA13B5" w:rsidRPr="00CA13B5" w:rsidTr="00601BB0">
        <w:trPr>
          <w:trHeight w:val="530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1325D" w:rsidRPr="00CA13B5" w:rsidRDefault="0001325D" w:rsidP="00FC7B42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緊急聯絡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</w:t>
            </w:r>
          </w:p>
          <w:p w:rsidR="0001325D" w:rsidRPr="00CA13B5" w:rsidRDefault="0001325D" w:rsidP="00FC7B42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8597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1325D" w:rsidRPr="00CA13B5" w:rsidRDefault="0001325D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 xml:space="preserve">                </w:t>
            </w:r>
            <w:r w:rsidR="001F22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 xml:space="preserve">   </w:t>
            </w: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 xml:space="preserve">   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(與學生關係</w:t>
            </w: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：)</w:t>
            </w:r>
          </w:p>
        </w:tc>
      </w:tr>
      <w:tr w:rsidR="00CA13B5" w:rsidRPr="00CA13B5" w:rsidTr="00601BB0">
        <w:trPr>
          <w:trHeight w:val="338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3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(日)：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  <w:t>(夜)：</w:t>
            </w:r>
          </w:p>
        </w:tc>
        <w:tc>
          <w:tcPr>
            <w:tcW w:w="1985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緊急聯絡人手機</w:t>
            </w:r>
          </w:p>
        </w:tc>
        <w:tc>
          <w:tcPr>
            <w:tcW w:w="335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EC0E84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A13B5" w:rsidRPr="00CA13B5" w:rsidTr="00601BB0">
        <w:trPr>
          <w:trHeight w:val="1042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特殊健康狀況</w:t>
            </w:r>
          </w:p>
        </w:tc>
        <w:tc>
          <w:tcPr>
            <w:tcW w:w="8597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無特殊病史及過敏源。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有（請說明：______________</w:t>
            </w:r>
            <w:r w:rsidR="0001325D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____________________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___）</w:t>
            </w:r>
          </w:p>
        </w:tc>
      </w:tr>
      <w:tr w:rsidR="00CA13B5" w:rsidRPr="00CA13B5" w:rsidTr="00601BB0">
        <w:trPr>
          <w:trHeight w:val="1021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飲食習慣與禁忌</w:t>
            </w:r>
          </w:p>
        </w:tc>
        <w:tc>
          <w:tcPr>
            <w:tcW w:w="8597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葷食</w:t>
            </w:r>
            <w:r w:rsidR="0001325D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      </w:t>
            </w: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素</w:t>
            </w:r>
            <w:r w:rsidR="0001325D"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食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其他特殊飲食禁忌：____</w:t>
            </w:r>
            <w:r w:rsidR="0001325D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__________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______</w:t>
            </w:r>
            <w:r w:rsidR="0001325D"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（請詳列食物項目</w:t>
            </w:r>
            <w:r w:rsidR="0001325D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）</w:t>
            </w:r>
          </w:p>
        </w:tc>
      </w:tr>
      <w:tr w:rsidR="00CA13B5" w:rsidRPr="00CA13B5" w:rsidTr="00601BB0">
        <w:trPr>
          <w:trHeight w:val="1026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特殊生活起居/病史</w:t>
            </w:r>
          </w:p>
        </w:tc>
        <w:tc>
          <w:tcPr>
            <w:tcW w:w="8597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無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有（請說明：___</w:t>
            </w:r>
            <w:r w:rsidR="0001325D"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_______________________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______________）</w:t>
            </w:r>
          </w:p>
        </w:tc>
      </w:tr>
      <w:tr w:rsidR="00CA13B5" w:rsidRPr="00CA13B5" w:rsidTr="00601BB0">
        <w:trPr>
          <w:trHeight w:val="1175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外語與才藝能力調查</w:t>
            </w:r>
          </w:p>
        </w:tc>
        <w:tc>
          <w:tcPr>
            <w:tcW w:w="8597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1. 英語基礎能力：</w:t>
            </w: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具日常簡單對話 </w:t>
            </w:r>
            <w:r w:rsidRPr="00CA13B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  <w:lang w:eastAsia="zh-TW"/>
              </w:rPr>
              <w:t>☐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 需加強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2. 特殊才藝/恆春文化專長：______</w:t>
            </w:r>
            <w:r w:rsidR="00601BB0"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_______________</w:t>
            </w: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_________</w:t>
            </w:r>
          </w:p>
        </w:tc>
      </w:tr>
      <w:tr w:rsidR="00CA13B5" w:rsidRPr="00CA13B5" w:rsidTr="00601BB0">
        <w:trPr>
          <w:trHeight w:val="1637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01325D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家長聯繫事項</w:t>
            </w:r>
          </w:p>
        </w:tc>
        <w:tc>
          <w:tcPr>
            <w:tcW w:w="8597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01325D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(</w:t>
            </w:r>
            <w:r w:rsidR="00AA7703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如有需特別注意之狀況請註明：</w:t>
            </w: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="00AA7703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  <w:r w:rsidR="00AA7703"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</w:p>
        </w:tc>
      </w:tr>
      <w:tr w:rsidR="00CA13B5" w:rsidRPr="00CA13B5" w:rsidTr="00601BB0">
        <w:trPr>
          <w:trHeight w:val="608"/>
          <w:jc w:val="center"/>
        </w:trPr>
        <w:tc>
          <w:tcPr>
            <w:tcW w:w="1767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01325D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監護人簽名</w:t>
            </w:r>
          </w:p>
        </w:tc>
        <w:tc>
          <w:tcPr>
            <w:tcW w:w="32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AA7703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</w:p>
        </w:tc>
        <w:tc>
          <w:tcPr>
            <w:tcW w:w="1985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01325D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13B5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導師簽名</w:t>
            </w:r>
          </w:p>
        </w:tc>
        <w:tc>
          <w:tcPr>
            <w:tcW w:w="335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C0E84" w:rsidRPr="00CA13B5" w:rsidRDefault="00EC0E84" w:rsidP="00FC7B42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:rsidR="0001325D" w:rsidRPr="00CA13B5" w:rsidRDefault="0001325D" w:rsidP="00FC7B42">
      <w:pPr>
        <w:snapToGrid w:val="0"/>
        <w:spacing w:after="0" w:line="240" w:lineRule="auto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【說明事項】</w:t>
      </w:r>
    </w:p>
    <w:p w:rsidR="0001325D" w:rsidRPr="00CA13B5" w:rsidRDefault="00CA13B5" w:rsidP="00FC7B42">
      <w:pPr>
        <w:snapToGrid w:val="0"/>
        <w:spacing w:after="0" w:line="240" w:lineRule="auto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1.</w:t>
      </w:r>
      <w:r w:rsidR="0001325D" w:rsidRPr="00CA13B5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家長如在學生旅行期間有需要領隊老師特別注意之處，請於『家長聯繫事項』欄中註明。</w:t>
      </w:r>
    </w:p>
    <w:p w:rsidR="00EC0E84" w:rsidRPr="00CA13B5" w:rsidRDefault="0001325D" w:rsidP="00FC7B42">
      <w:pPr>
        <w:snapToGrid w:val="0"/>
        <w:spacing w:after="0" w:line="240" w:lineRule="auto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CA13B5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2.</w:t>
      </w:r>
      <w:r w:rsidRPr="00CA13B5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繳交提醒：請於 115年10月</w:t>
      </w:r>
      <w:r w:rsidR="00CA13B5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23</w:t>
      </w:r>
      <w:r w:rsidRPr="00CA13B5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日(</w:t>
      </w:r>
      <w:r w:rsidR="00CA13B5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五</w:t>
      </w:r>
      <w:r w:rsidRPr="00CA13B5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) 16:00前將本表、家長同意書與書面審查交至學務處。</w:t>
      </w:r>
      <w:r w:rsidR="00AA7703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 w:type="page"/>
      </w:r>
    </w:p>
    <w:p w:rsidR="00EC0E84" w:rsidRPr="00CA13B5" w:rsidRDefault="00AA7703" w:rsidP="00FC7B42">
      <w:pPr>
        <w:snapToGrid w:val="0"/>
        <w:spacing w:after="0" w:line="240" w:lineRule="auto"/>
        <w:jc w:val="center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lastRenderedPageBreak/>
        <w:t>屏東縣恆春鎮恆春國小</w:t>
      </w:r>
      <w:r w:rsidR="0001325D"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 xml:space="preserve"> 202</w:t>
      </w:r>
      <w:r w:rsidR="0001325D" w:rsidRPr="00CA13B5">
        <w:rPr>
          <w:rFonts w:ascii="標楷體" w:eastAsia="標楷體" w:hAnsi="標楷體" w:hint="eastAsia"/>
          <w:b/>
          <w:color w:val="000000" w:themeColor="text1"/>
          <w:sz w:val="36"/>
          <w:szCs w:val="36"/>
          <w:lang w:eastAsia="zh-TW"/>
        </w:rPr>
        <w:t>7</w:t>
      </w: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年日本關東地區教育旅行</w:t>
      </w: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</w:pPr>
    </w:p>
    <w:p w:rsidR="00EC0E84" w:rsidRPr="00CA13B5" w:rsidRDefault="00AA7703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家長同意書</w:t>
      </w:r>
    </w:p>
    <w:p w:rsidR="00FC7B42" w:rsidRPr="00CA13B5" w:rsidRDefault="00FC7B42" w:rsidP="00FC7B42">
      <w:pPr>
        <w:snapToGrid w:val="0"/>
        <w:spacing w:after="0" w:line="240" w:lineRule="auto"/>
        <w:jc w:val="center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</w:p>
    <w:p w:rsidR="003229DE" w:rsidRPr="00CA13B5" w:rsidRDefault="00AA7703" w:rsidP="00CA13B5">
      <w:pPr>
        <w:snapToGrid w:val="0"/>
        <w:spacing w:after="0" w:line="36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本人同意子弟 _________________ （ ____ 年 ____ 班 ____ 號）</w:t>
      </w:r>
    </w:p>
    <w:p w:rsidR="00EC0E84" w:rsidRPr="00CA13B5" w:rsidRDefault="00AA7703" w:rsidP="00CA13B5">
      <w:pPr>
        <w:snapToGrid w:val="0"/>
        <w:spacing w:after="0" w:line="36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參加</w:t>
      </w:r>
      <w:r w:rsidR="00601BB0"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屏東縣恆春鎮恆春國小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所辦理之「</w:t>
      </w:r>
      <w:r w:rsidR="00601BB0"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202</w:t>
      </w:r>
      <w:r w:rsidR="00601BB0"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7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年日本關東地區教育旅行計畫」。</w:t>
      </w:r>
    </w:p>
    <w:p w:rsidR="00EC0E84" w:rsidRPr="00CA13B5" w:rsidRDefault="00AA7703" w:rsidP="00FC7B42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如獲甄選錄取，本人願意全力配合並負責叮嚀子弟確實做到以下事項：</w:t>
      </w:r>
    </w:p>
    <w:p w:rsidR="00601BB0" w:rsidRPr="00CA13B5" w:rsidRDefault="00AA7703" w:rsidP="00FC7B42">
      <w:pPr>
        <w:pStyle w:val="ae"/>
        <w:numPr>
          <w:ilvl w:val="0"/>
          <w:numId w:val="10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行前培訓：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活動前務必準時參與學校安排之所有行前培訓課程（含英語口說訓練、日語日常會話、英語簡報、國際交流禮儀課程等）及家長說明會。</w:t>
      </w:r>
    </w:p>
    <w:p w:rsidR="00601BB0" w:rsidRPr="00CA13B5" w:rsidRDefault="00AA7703" w:rsidP="00FC7B42">
      <w:pPr>
        <w:pStyle w:val="ae"/>
        <w:numPr>
          <w:ilvl w:val="0"/>
          <w:numId w:val="10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團隊紀律：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活動期間嚴格遵守學校帶隊師長指導與團隊紀律，注重個人及團體安全，集體行動絕不脫隊。</w:t>
      </w:r>
    </w:p>
    <w:p w:rsidR="00601BB0" w:rsidRPr="00CA13B5" w:rsidRDefault="00AA7703" w:rsidP="00FC7B42">
      <w:pPr>
        <w:pStyle w:val="ae"/>
        <w:numPr>
          <w:ilvl w:val="0"/>
          <w:numId w:val="10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課業銜接：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理解並全力配合學校相關補課與課業輔導措施。</w:t>
      </w:r>
    </w:p>
    <w:p w:rsidR="00601BB0" w:rsidRPr="00CA13B5" w:rsidRDefault="00AA7703" w:rsidP="00FC7B42">
      <w:pPr>
        <w:pStyle w:val="ae"/>
        <w:numPr>
          <w:ilvl w:val="0"/>
          <w:numId w:val="10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成果繳交：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參訪活動結束後，於規定期限內（返臺後一個月內）繳交一份 500 字學習心得及照片 8~10 張，並參與成果發表會分享心得。</w:t>
      </w:r>
    </w:p>
    <w:p w:rsidR="00EC0E84" w:rsidRPr="00CA13B5" w:rsidRDefault="00AA7703" w:rsidP="00FC7B42">
      <w:pPr>
        <w:pStyle w:val="ae"/>
        <w:numPr>
          <w:ilvl w:val="0"/>
          <w:numId w:val="10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錄取規範：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經錄取後若無故反悔或無法配合培訓及規定，同意校方依規定取消出訪資格。</w:t>
      </w:r>
    </w:p>
    <w:p w:rsidR="003229DE" w:rsidRPr="00CA13B5" w:rsidRDefault="003229DE" w:rsidP="00FC7B42">
      <w:pPr>
        <w:snapToGrid w:val="0"/>
        <w:spacing w:after="0" w:line="360" w:lineRule="auto"/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</w:pPr>
    </w:p>
    <w:p w:rsidR="00EC0E84" w:rsidRPr="00CA13B5" w:rsidRDefault="00AA7703" w:rsidP="00FC7B42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6"/>
          <w:szCs w:val="36"/>
          <w:lang w:eastAsia="zh-TW"/>
        </w:rPr>
        <w:t>※ 本人已與孩子共同閱讀上述各項規範，並願意共同遵守相關規定。</w:t>
      </w:r>
    </w:p>
    <w:p w:rsidR="00FC7B42" w:rsidRPr="00CA13B5" w:rsidRDefault="00FC7B42" w:rsidP="00FC7B42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:rsidR="00EC0E84" w:rsidRPr="00CA13B5" w:rsidRDefault="00AA7703" w:rsidP="00FC7B42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學生簽名：_________________________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/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/>
        <w:t>家長（監護人）簽章：_________________________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/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/>
        <w:t>中華民國 115 年 ______ 月 ______ 日</w:t>
      </w:r>
    </w:p>
    <w:p w:rsidR="00EC0E84" w:rsidRPr="00CA13B5" w:rsidRDefault="00EC0E84" w:rsidP="00FC7B42">
      <w:pPr>
        <w:snapToGrid w:val="0"/>
        <w:spacing w:after="0" w:line="24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:rsidR="00EC0E84" w:rsidRPr="00CA13B5" w:rsidRDefault="00AA7703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lastRenderedPageBreak/>
        <w:t>屏東縣恆春鎮恆春國小</w:t>
      </w:r>
      <w:r w:rsidR="00601BB0"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t xml:space="preserve"> 202</w:t>
      </w:r>
      <w:r w:rsidR="00601BB0" w:rsidRPr="00CA13B5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7</w:t>
      </w:r>
      <w:r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t xml:space="preserve"> 年日本關東地區教育旅行</w:t>
      </w:r>
    </w:p>
    <w:p w:rsidR="003229DE" w:rsidRPr="00CA13B5" w:rsidRDefault="003229DE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</w:p>
    <w:p w:rsidR="00EC0E84" w:rsidRPr="00CA13B5" w:rsidRDefault="00AA7703" w:rsidP="00FC7B42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  <w:t>個人書面審查資料撰寫說明</w:t>
      </w:r>
    </w:p>
    <w:p w:rsidR="00FC7B42" w:rsidRPr="00CA13B5" w:rsidRDefault="00FC7B42" w:rsidP="00FC7B42">
      <w:pPr>
        <w:snapToGrid w:val="0"/>
        <w:spacing w:after="0" w:line="24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:rsidR="00EC0E84" w:rsidRPr="00CA13B5" w:rsidRDefault="00AA7703" w:rsidP="001F228E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親愛的同學、家長好：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br/>
      </w:r>
      <w:r w:rsidR="00601BB0" w:rsidRP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</w:t>
      </w:r>
      <w:r w:rsidR="001F228E" w:rsidRPr="001F22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這次的日本關東教育旅行（參訪群馬縣共愛學園及群馬國際學院），不只是單純的觀光旅遊，而是一趟身負文化交流與學習任務的旅程！書面審查資料（佔總成績</w:t>
      </w:r>
      <w:r w:rsidR="001F228E" w:rsidRPr="001F22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30%）是評審認識你的第一步，請</w:t>
      </w:r>
      <w:r w:rsidR="001F228E" w:rsidRPr="001F22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展現你的熱情與創意！</w:t>
      </w:r>
    </w:p>
    <w:p w:rsidR="00EC0E84" w:rsidRPr="00CA13B5" w:rsidRDefault="00AA7703" w:rsidP="00FC7B42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一、 格式規範</w:t>
      </w:r>
    </w:p>
    <w:p w:rsidR="00601BB0" w:rsidRPr="00CA13B5" w:rsidRDefault="00AA7703" w:rsidP="00FC7B42">
      <w:pPr>
        <w:pStyle w:val="ae"/>
        <w:numPr>
          <w:ilvl w:val="0"/>
          <w:numId w:val="13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請以</w:t>
      </w:r>
      <w:r w:rsidR="004B6A76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A4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尺寸製作，打字或手繪均可（亦可圖文並茂、加入照片或表格）。</w:t>
      </w:r>
    </w:p>
    <w:p w:rsidR="00EC0E84" w:rsidRPr="00CA13B5" w:rsidRDefault="00AA7703" w:rsidP="00FC7B42">
      <w:pPr>
        <w:pStyle w:val="ae"/>
        <w:numPr>
          <w:ilvl w:val="0"/>
          <w:numId w:val="13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篇幅以</w:t>
      </w:r>
      <w:r w:rsidR="004B6A76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3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至</w:t>
      </w:r>
      <w:r w:rsidR="004B6A76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5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頁為限，完成後裝訂成冊，連同報名表與家長同意書於115年10月</w:t>
      </w:r>
      <w:r w:rsid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2</w:t>
      </w:r>
      <w:r w:rsid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3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日(</w:t>
      </w:r>
      <w:r w:rsidR="00CA13B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五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 16:00前繳交至學務處。</w:t>
      </w:r>
    </w:p>
    <w:p w:rsidR="00EC0E84" w:rsidRPr="00CA13B5" w:rsidRDefault="00AA7703" w:rsidP="00FC7B42">
      <w:pPr>
        <w:snapToGrid w:val="0"/>
        <w:spacing w:after="0" w:line="36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二、 學習計畫撰寫內容結構建議</w:t>
      </w:r>
    </w:p>
    <w:p w:rsidR="00601BB0" w:rsidRPr="00CA13B5" w:rsidRDefault="00AA7703" w:rsidP="00FC7B42">
      <w:pPr>
        <w:pStyle w:val="ae"/>
        <w:numPr>
          <w:ilvl w:val="0"/>
          <w:numId w:val="14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基本資料與自我介紹：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包含班級、姓名、座號，簡單介紹自己的個性、興趣，以及自己最拿手的才藝或語言能力。</w:t>
      </w:r>
    </w:p>
    <w:p w:rsidR="00601BB0" w:rsidRPr="00CA13B5" w:rsidRDefault="00AA7703" w:rsidP="00FC7B42">
      <w:pPr>
        <w:pStyle w:val="ae"/>
        <w:numPr>
          <w:ilvl w:val="0"/>
          <w:numId w:val="14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申請學習動機（為什麼想參加？）：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說明為什麼想要參加這次去日本群馬縣的教育旅行？你對日本校園生活或文化有什麼想像和期待？</w:t>
      </w:r>
    </w:p>
    <w:p w:rsidR="00601BB0" w:rsidRPr="00CA13B5" w:rsidRDefault="00AA7703" w:rsidP="00FC7B42">
      <w:pPr>
        <w:pStyle w:val="ae"/>
        <w:numPr>
          <w:ilvl w:val="0"/>
          <w:numId w:val="14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國際交流學習目標：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闡述希望透過這次五天四夜的參訪，在「英語溝通」、「獨立自主」或「國際視野」上獲得什麼成長與突破？</w:t>
      </w:r>
    </w:p>
    <w:p w:rsidR="00601BB0" w:rsidRPr="00CA13B5" w:rsidRDefault="00AA7703" w:rsidP="00FC7B42">
      <w:pPr>
        <w:pStyle w:val="ae"/>
        <w:numPr>
          <w:ilvl w:val="0"/>
          <w:numId w:val="14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個人準備與能力展現（如何迎接挑戰？）：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為了這次甄選與出訪，目前具備了什麼基礎？（例如：英語學習經歷、社團表現、月琴彈奏能力等，並說明接下來計畫如何提升英語對話與應對能力）。</w:t>
      </w:r>
    </w:p>
    <w:p w:rsidR="00601BB0" w:rsidRPr="00CA13B5" w:rsidRDefault="00AA7703" w:rsidP="00FC7B42">
      <w:pPr>
        <w:pStyle w:val="ae"/>
        <w:numPr>
          <w:ilvl w:val="0"/>
          <w:numId w:val="14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家鄉文化與恆春之美推廣計畫：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思考如果日本學伴問起家鄉，會如何向他們介紹臺灣與恆春？（例如：恆春古城、恆春民謠、半島風情等）。</w:t>
      </w:r>
    </w:p>
    <w:p w:rsidR="00601BB0" w:rsidRPr="00CA13B5" w:rsidRDefault="00AA7703" w:rsidP="00FC7B42">
      <w:pPr>
        <w:pStyle w:val="ae"/>
        <w:numPr>
          <w:ilvl w:val="0"/>
          <w:numId w:val="14"/>
        </w:numPr>
        <w:snapToGrid w:val="0"/>
        <w:spacing w:after="0" w:line="360" w:lineRule="auto"/>
        <w:contextualSpacing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CA13B5">
        <w:rPr>
          <w:rFonts w:ascii="標楷體" w:eastAsia="標楷體" w:hAnsi="標楷體"/>
          <w:b/>
          <w:color w:val="000000" w:themeColor="text1"/>
          <w:sz w:val="28"/>
          <w:szCs w:val="28"/>
          <w:lang w:eastAsia="zh-TW"/>
        </w:rPr>
        <w:t>成果分享與回饋規劃：</w:t>
      </w:r>
      <w:r w:rsidRPr="00CA13B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規劃返國後如何將所見所聞分享給班上或全校沒有出訪的同學？（例如：撰寫心得、製作海報或在朝會上分享）。</w:t>
      </w:r>
    </w:p>
    <w:p w:rsidR="00FC7B42" w:rsidRPr="00CA13B5" w:rsidRDefault="00FC7B42" w:rsidP="00FC7B42">
      <w:pPr>
        <w:snapToGrid w:val="0"/>
        <w:spacing w:after="0" w:line="24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sectPr w:rsidR="00FC7B42" w:rsidRPr="00CA13B5" w:rsidSect="00013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7AC" w:rsidRDefault="00C477AC" w:rsidP="00CA13B5">
      <w:pPr>
        <w:spacing w:after="0" w:line="240" w:lineRule="auto"/>
      </w:pPr>
      <w:r>
        <w:separator/>
      </w:r>
    </w:p>
  </w:endnote>
  <w:endnote w:type="continuationSeparator" w:id="0">
    <w:p w:rsidR="00C477AC" w:rsidRDefault="00C477AC" w:rsidP="00CA1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7AC" w:rsidRDefault="00C477AC" w:rsidP="00CA13B5">
      <w:pPr>
        <w:spacing w:after="0" w:line="240" w:lineRule="auto"/>
      </w:pPr>
      <w:r>
        <w:separator/>
      </w:r>
    </w:p>
  </w:footnote>
  <w:footnote w:type="continuationSeparator" w:id="0">
    <w:p w:rsidR="00C477AC" w:rsidRDefault="00C477AC" w:rsidP="00CA1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3B6BD1"/>
    <w:multiLevelType w:val="hybridMultilevel"/>
    <w:tmpl w:val="C80C24BC"/>
    <w:lvl w:ilvl="0" w:tplc="DDCEE27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2980B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ABC7336"/>
    <w:multiLevelType w:val="hybridMultilevel"/>
    <w:tmpl w:val="8404FAC8"/>
    <w:lvl w:ilvl="0" w:tplc="AD80B8BE">
      <w:start w:val="1"/>
      <w:numFmt w:val="decimal"/>
      <w:lvlText w:val="%1."/>
      <w:lvlJc w:val="left"/>
      <w:pPr>
        <w:ind w:left="1488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11" w15:restartNumberingAfterBreak="0">
    <w:nsid w:val="12B96C70"/>
    <w:multiLevelType w:val="hybridMultilevel"/>
    <w:tmpl w:val="81BA3686"/>
    <w:lvl w:ilvl="0" w:tplc="0409000F">
      <w:start w:val="1"/>
      <w:numFmt w:val="decimal"/>
      <w:lvlText w:val="%1."/>
      <w:lvlJc w:val="left"/>
      <w:pPr>
        <w:ind w:left="10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2" w15:restartNumberingAfterBreak="0">
    <w:nsid w:val="16C7004E"/>
    <w:multiLevelType w:val="hybridMultilevel"/>
    <w:tmpl w:val="C4A69E12"/>
    <w:lvl w:ilvl="0" w:tplc="AD80B8BE">
      <w:start w:val="1"/>
      <w:numFmt w:val="decimal"/>
      <w:lvlText w:val="%1."/>
      <w:lvlJc w:val="left"/>
      <w:pPr>
        <w:ind w:left="1056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3" w15:restartNumberingAfterBreak="0">
    <w:nsid w:val="44FD7128"/>
    <w:multiLevelType w:val="hybridMultilevel"/>
    <w:tmpl w:val="386047E0"/>
    <w:lvl w:ilvl="0" w:tplc="FEBAF3B6">
      <w:start w:val="1"/>
      <w:numFmt w:val="decimal"/>
      <w:lvlText w:val="%1."/>
      <w:lvlJc w:val="left"/>
      <w:pPr>
        <w:ind w:left="852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14" w15:restartNumberingAfterBreak="0">
    <w:nsid w:val="4DFB59C5"/>
    <w:multiLevelType w:val="hybridMultilevel"/>
    <w:tmpl w:val="23CCAE50"/>
    <w:lvl w:ilvl="0" w:tplc="2BB084C0">
      <w:start w:val="1"/>
      <w:numFmt w:val="bullet"/>
      <w:lvlText w:val="•"/>
      <w:lvlJc w:val="left"/>
      <w:pPr>
        <w:ind w:left="708" w:hanging="42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8" w:hanging="480"/>
      </w:pPr>
      <w:rPr>
        <w:rFonts w:ascii="Wingdings" w:hAnsi="Wingdings" w:hint="default"/>
      </w:rPr>
    </w:lvl>
  </w:abstractNum>
  <w:abstractNum w:abstractNumId="15" w15:restartNumberingAfterBreak="0">
    <w:nsid w:val="5269436F"/>
    <w:multiLevelType w:val="hybridMultilevel"/>
    <w:tmpl w:val="850EE818"/>
    <w:lvl w:ilvl="0" w:tplc="9DC2ADD6">
      <w:start w:val="1"/>
      <w:numFmt w:val="taiwaneseCountingThousand"/>
      <w:lvlText w:val="(%1)"/>
      <w:lvlJc w:val="left"/>
      <w:pPr>
        <w:ind w:left="768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16" w15:restartNumberingAfterBreak="0">
    <w:nsid w:val="547E3316"/>
    <w:multiLevelType w:val="hybridMultilevel"/>
    <w:tmpl w:val="06AEBC30"/>
    <w:lvl w:ilvl="0" w:tplc="0409001B">
      <w:start w:val="1"/>
      <w:numFmt w:val="lowerRoman"/>
      <w:lvlText w:val="%1."/>
      <w:lvlJc w:val="right"/>
      <w:pPr>
        <w:ind w:left="160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9" w:hanging="480"/>
      </w:pPr>
    </w:lvl>
    <w:lvl w:ilvl="2" w:tplc="0409001B" w:tentative="1">
      <w:start w:val="1"/>
      <w:numFmt w:val="lowerRoman"/>
      <w:lvlText w:val="%3."/>
      <w:lvlJc w:val="right"/>
      <w:pPr>
        <w:ind w:left="2569" w:hanging="480"/>
      </w:pPr>
    </w:lvl>
    <w:lvl w:ilvl="3" w:tplc="0409000F" w:tentative="1">
      <w:start w:val="1"/>
      <w:numFmt w:val="decimal"/>
      <w:lvlText w:val="%4."/>
      <w:lvlJc w:val="left"/>
      <w:pPr>
        <w:ind w:left="3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9" w:hanging="480"/>
      </w:pPr>
    </w:lvl>
    <w:lvl w:ilvl="5" w:tplc="0409001B" w:tentative="1">
      <w:start w:val="1"/>
      <w:numFmt w:val="lowerRoman"/>
      <w:lvlText w:val="%6."/>
      <w:lvlJc w:val="right"/>
      <w:pPr>
        <w:ind w:left="4009" w:hanging="480"/>
      </w:pPr>
    </w:lvl>
    <w:lvl w:ilvl="6" w:tplc="0409000F" w:tentative="1">
      <w:start w:val="1"/>
      <w:numFmt w:val="decimal"/>
      <w:lvlText w:val="%7."/>
      <w:lvlJc w:val="left"/>
      <w:pPr>
        <w:ind w:left="4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9" w:hanging="480"/>
      </w:pPr>
    </w:lvl>
    <w:lvl w:ilvl="8" w:tplc="0409001B" w:tentative="1">
      <w:start w:val="1"/>
      <w:numFmt w:val="lowerRoman"/>
      <w:lvlText w:val="%9."/>
      <w:lvlJc w:val="right"/>
      <w:pPr>
        <w:ind w:left="5449" w:hanging="480"/>
      </w:pPr>
    </w:lvl>
  </w:abstractNum>
  <w:abstractNum w:abstractNumId="17" w15:restartNumberingAfterBreak="0">
    <w:nsid w:val="59671B2E"/>
    <w:multiLevelType w:val="hybridMultilevel"/>
    <w:tmpl w:val="691CCEF0"/>
    <w:lvl w:ilvl="0" w:tplc="2BB084C0">
      <w:start w:val="1"/>
      <w:numFmt w:val="bullet"/>
      <w:lvlText w:val="•"/>
      <w:lvlJc w:val="left"/>
      <w:pPr>
        <w:ind w:left="1600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18" w15:restartNumberingAfterBreak="0">
    <w:nsid w:val="669663DF"/>
    <w:multiLevelType w:val="hybridMultilevel"/>
    <w:tmpl w:val="66E4C780"/>
    <w:lvl w:ilvl="0" w:tplc="D8245926">
      <w:start w:val="1"/>
      <w:numFmt w:val="decimal"/>
      <w:lvlText w:val="%1."/>
      <w:lvlJc w:val="left"/>
      <w:pPr>
        <w:ind w:left="987" w:hanging="4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70D61CC1"/>
    <w:multiLevelType w:val="hybridMultilevel"/>
    <w:tmpl w:val="96584A88"/>
    <w:lvl w:ilvl="0" w:tplc="AD80B8BE">
      <w:start w:val="1"/>
      <w:numFmt w:val="decimal"/>
      <w:lvlText w:val="%1."/>
      <w:lvlJc w:val="left"/>
      <w:pPr>
        <w:ind w:left="1056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2"/>
  </w:num>
  <w:num w:numId="12">
    <w:abstractNumId w:val="10"/>
  </w:num>
  <w:num w:numId="13">
    <w:abstractNumId w:val="13"/>
  </w:num>
  <w:num w:numId="14">
    <w:abstractNumId w:val="19"/>
  </w:num>
  <w:num w:numId="15">
    <w:abstractNumId w:val="18"/>
  </w:num>
  <w:num w:numId="16">
    <w:abstractNumId w:val="15"/>
  </w:num>
  <w:num w:numId="17">
    <w:abstractNumId w:val="14"/>
  </w:num>
  <w:num w:numId="18">
    <w:abstractNumId w:val="9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25D"/>
    <w:rsid w:val="00034616"/>
    <w:rsid w:val="0006063C"/>
    <w:rsid w:val="000B3BB1"/>
    <w:rsid w:val="000D1631"/>
    <w:rsid w:val="0015074B"/>
    <w:rsid w:val="001F228E"/>
    <w:rsid w:val="0029639D"/>
    <w:rsid w:val="002A4D01"/>
    <w:rsid w:val="003229DE"/>
    <w:rsid w:val="00326F90"/>
    <w:rsid w:val="004B6A76"/>
    <w:rsid w:val="00601BB0"/>
    <w:rsid w:val="00725853"/>
    <w:rsid w:val="00AA1D8D"/>
    <w:rsid w:val="00AA7703"/>
    <w:rsid w:val="00B47730"/>
    <w:rsid w:val="00C477AC"/>
    <w:rsid w:val="00C676A1"/>
    <w:rsid w:val="00CA13B5"/>
    <w:rsid w:val="00CB0664"/>
    <w:rsid w:val="00EC0E84"/>
    <w:rsid w:val="00EF1497"/>
    <w:rsid w:val="00FC693F"/>
    <w:rsid w:val="00FC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AD5C96"/>
  <w14:defaultImageDpi w14:val="300"/>
  <w15:docId w15:val="{430B8347-AD93-44E7-BD55-7376FFED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EF149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b">
    <w:name w:val="註解方塊文字 字元"/>
    <w:basedOn w:val="a2"/>
    <w:link w:val="affa"/>
    <w:uiPriority w:val="99"/>
    <w:semiHidden/>
    <w:rsid w:val="00EF1497"/>
    <w:rPr>
      <w:rFonts w:asciiTheme="majorHAnsi" w:eastAsiaTheme="majorEastAsia" w:hAnsiTheme="majorHAnsi" w:cstheme="majorBid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41ED17-141A-434B-85B9-DA3CBE20D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cp:lastPrinted>2026-10-05T03:59:00Z</cp:lastPrinted>
  <dcterms:created xsi:type="dcterms:W3CDTF">2026-10-05T03:57:00Z</dcterms:created>
  <dcterms:modified xsi:type="dcterms:W3CDTF">2026-10-05T09:26:00Z</dcterms:modified>
  <cp:category/>
</cp:coreProperties>
</file>